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🎓 ספרות לבגרות 8281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נגישות באתר ספרות לבגרות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אמצעי הנגישות הקיימים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כיצד כל אמצעי עוזר לתלמידים ותלמידות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במונחי נגישות בסיסיים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מגדיל את הגופן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הקראה בעברית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ניווט מלא במקלדת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לדלג ישר לתוכן העיקרי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רמזים מדורגים ומילון בהקשה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שהעדפת הגופן נשמרת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בעמוד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כתוב שאין שעונים במסלול הזה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כתוב שיש תיאורי 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כתוב שהניווט העליון קבוע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הגדלה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פירורי לחם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רמזים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כלי נגישות ומה הוא עושה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(הגדלה והקטנה של הגופן)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(הקראה של הטקסט)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(הצגת מיקום בעץ העמודים)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(רשימת כל העמודים)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(הבדלי צבע חזקים לקריאה נוחה)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תכלול: שוויון הזדמנויות, עזרה לתלמידים עם קשיי ראייה/קריאה, תמיכה בעולים חדשים ובחנ״מ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המתייחסת לאחד הכלים שהוזכרו בעמוד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הגדלת גופן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מראים מיקום בעמוד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בלי שעונים, עם רמזים מדורגים ומילון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בכיתה את כפתורי ההקראה וההגדלה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לדבר על החשיבות של נגישות דרך דוגמאות אישיות של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החנ״מ אפשר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🎓 ספרות לבגרות 8281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נגישות באתר ספרות לבגרות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עמוד הנגישות באתר מסביר אילו כלים קיימים כדי שכל תלמיד ותלמידה יוכלו להשתמש באתר בקלות, כולל ניווט, הגדלת גופן, הקראה ומסלולים מותאמים.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עושה כפתור A+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מגדיל את הגופן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מקטין את הגופן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מקריא את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פותח מפת אתר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סימן ה-🔊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הגדלת גופן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הקראה בעברית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מפת אתר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ניגודיות צבעים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עוזר לנווט באתר בלי עכבר?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פירורי 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ניווט מלא במקלדת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תיאורי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כותרות היררכיות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מטרת קישור ׳דילוג לתוכן׳?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להגדיל 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לדלג ישר לתוכן העיקרי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לפתוח מילון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לשמור העדפות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מאפיין את מסלול חנ״מ ועולים?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שעון עצר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רמזים מדורגים ומילון בהקשה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ניגודיות גבוהה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פירורי לחם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האתר שומר את ההעדפה של גודל הגופן שבחרנו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ההקראה יכולה להיות לעמוד שלם או לקטע בודד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במסלול חנ״מ ועולים יש שעון עצר להשלמת המשימות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לתמונות באתר אין תיאור 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הניווט העליון קבוע בכל העמודים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כפתורי A+ ו-A− משמשים ל__________ ולהקטנה של הגופן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מראים איפה התלמיד נמצא בעץ העמודים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מאפשרת לשמוע את הטקסט בקול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מסגרת __________ מסמנת איפה נמצא המיקוד במקלדת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במסלול לחנ״מ ועולים יש מילון בהקשה ו__________ מדורגים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כלי נגישות ומה הוא עושה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A+ / A-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רשימת כל העמודים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🔊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הגדלה והקטנה של הגופן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פירורי לחם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הבדלי צבע חזקים לקריאה נוחה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מפת אתר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הצגת מיקום בעץ העמודים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ניגודיות גבוהה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הקראה של הטקסט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סיבות לכך שחשוב שאתר לימודי יהיה נגיש לכל התלמידים והתלמידות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אמצעי נגישות אחד מהעמוד והסבירו איך הוא היה יכול לעזור לכם באופן אישי בלימודים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עושה כפתור A+?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תפקידם של פירורי לחם?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מיוחד במסלול לתלמידי חנ״מ ועולים?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נגישות באתר ספרות לבגרות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