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נגישות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הנגישות הקיימים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כל אמצעי עוזר לתלמידים ותלמידות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במונחי נגישות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מגדיל את הגופן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הקראה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ניווט מלא במקלדת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לדלג ישר לתוכן העיקרי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רמזים מדורגים ומילון בהקשה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שהעדפת הגופן נשמרת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שאין שעונים במסלול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כתוב שיש תיאורי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שהניווט העליון 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נגישות ומה הוא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(הגדלה והקטנה של הגופן)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(הקראה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(הצגת מיקום בעץ העמודים)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(רשימת כל העמודים)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(הבדלי צבע חזקים לקריאה נוחה)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שוויון הזדמנויות, עזרה לתלמידים עם קשיי ראייה/קריאה, תמיכה בעולים חדשים ובחנ״מ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לאחד הכלים שהוזכרו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הגדלת גופן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מראים מיקום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בלי שעונים, עם רמזים מדורגים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כפתורי ההקראה וההגדלה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לדבר על החשיבות של נגישות דרך דוגמאות אישיות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נגישות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כתוב איך האתר עוזר לכולם להשתמש בו בקלות - גם לתלמידים עם קשיים.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לכולם להשתמש באתר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פירורי 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שורת ניווט שמראה איפה נמצאים בעמוד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 אתר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 כל העמודים באתר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חזק בין צבעים כדי לראות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 מיקוד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שמסמן איפה נמצא הסמן במקלדת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האתר מקריא את הטקסט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רמזים מדורגים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שמתקדמת שלב אחרי שלב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A+?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מגדיל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מקטין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מקריא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מפת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הסמל של רמקול?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הגדלת 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ניגודיות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לנווט בלי עכבר?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פירורי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ניווט מלא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כותרות היררכיות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משמש הקישור דילוג לתוכן?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להגדיל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לדלג ישר לתוכן העיקרי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העדפות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במסלול לחנ״מ ועולים?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רמזים מדורגים ומילון בהקשה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ניגודיות גבוהה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פירורי לחם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האתר שומר את ההעדפה של גודל הגופן שבחרנו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ההקראה יכולה להיות לעמוד שלם או לקטע בודד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ועולים יש שעון עצר להשלמת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לתמונות באתר אין תיאור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הניווט העליון קבוע בכל העמודים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כפתורי A+ ו-A− משמשים ל__________ ולהקטנה של הגופן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מראים איפה התלמיד נמצא בעץ העמודים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מאפשרת לשמוע את הטקסט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מסגרת __________ מסמנת איפה נמצא המיקוד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במסלול לחנ״מ ועולים יש מילון בהקשה ו__________ מדורגים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כלי נגישות ומה 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A+ / A-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הקראה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הגדלה והקטנה של הגופן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פירורי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רשימת כל העמודים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מפת אתר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הבדלי צבע חזקים לקריאה נוחה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ניגודיות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הצגת מיקום בעץ העמודים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סיבות לכך שחשוב שאתר לימודי יהיה נגיש לכל התלמידים והתלמידות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אמצעי נגישות אחד מהעמוד והסבירו איך הוא היה יכול לעזור לכם באופן אישי בלימודים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כפתור A+?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תפקידם של פירורי 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מיוחד במסלול לתלמידי חנ״מ ועולים?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נגישות באתר 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